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9A064" w14:textId="29119DDF" w:rsidR="002D5C72" w:rsidRDefault="004328BE" w:rsidP="002D5C72">
      <w:pPr>
        <w:spacing w:after="40"/>
        <w:rPr>
          <w:b/>
          <w:sz w:val="26"/>
        </w:rPr>
      </w:pPr>
      <w:bookmarkStart w:id="0" w:name="_GoBack"/>
      <w:bookmarkEnd w:id="0"/>
      <w:r w:rsidRPr="003F161B">
        <w:rPr>
          <w:noProof/>
          <w:lang w:val="it-IT" w:eastAsia="it-IT"/>
        </w:rPr>
        <w:drawing>
          <wp:anchor distT="152400" distB="152400" distL="152400" distR="152400" simplePos="0" relativeHeight="251659264" behindDoc="1" locked="0" layoutInCell="1" allowOverlap="1" wp14:anchorId="23E2435D" wp14:editId="5379B614">
            <wp:simplePos x="0" y="0"/>
            <wp:positionH relativeFrom="margin">
              <wp:align>center</wp:align>
            </wp:positionH>
            <wp:positionV relativeFrom="page">
              <wp:posOffset>38100</wp:posOffset>
            </wp:positionV>
            <wp:extent cx="1670539" cy="1101969"/>
            <wp:effectExtent l="0" t="0" r="6350" b="3175"/>
            <wp:wrapNone/>
            <wp:docPr id="4" name="officeArt object" descr="immagine-incollata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-incollata.pdf" descr="immagine-incollata.p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0539" cy="11019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EEC4A" w14:textId="77777777" w:rsidR="002D5C72" w:rsidRDefault="002D5C72" w:rsidP="004328BE">
      <w:pPr>
        <w:spacing w:after="40"/>
        <w:rPr>
          <w:b/>
          <w:sz w:val="26"/>
        </w:rPr>
      </w:pPr>
    </w:p>
    <w:p w14:paraId="06EDA3A1" w14:textId="77777777" w:rsidR="004328BE" w:rsidRDefault="004328BE" w:rsidP="004328BE">
      <w:pPr>
        <w:spacing w:after="40"/>
        <w:rPr>
          <w:b/>
          <w:sz w:val="26"/>
        </w:rPr>
      </w:pPr>
    </w:p>
    <w:p w14:paraId="0E0DFFF5" w14:textId="728F3695" w:rsidR="00A05183" w:rsidRDefault="004157E4">
      <w:pPr>
        <w:spacing w:after="40"/>
        <w:jc w:val="center"/>
      </w:pPr>
      <w:r>
        <w:rPr>
          <w:b/>
          <w:sz w:val="26"/>
        </w:rPr>
        <w:t>DICHIARAZIONE DE</w:t>
      </w:r>
      <w:r w:rsidR="003809BE">
        <w:rPr>
          <w:b/>
          <w:sz w:val="26"/>
        </w:rPr>
        <w:t xml:space="preserve">LLO STUDENTE </w:t>
      </w:r>
      <w:r w:rsidR="00F96DE2">
        <w:rPr>
          <w:b/>
          <w:sz w:val="26"/>
        </w:rPr>
        <w:t>MAGGIORENN</w:t>
      </w:r>
      <w:r w:rsidR="003809BE">
        <w:rPr>
          <w:b/>
          <w:sz w:val="26"/>
        </w:rPr>
        <w:t>E</w:t>
      </w:r>
    </w:p>
    <w:p w14:paraId="23BB3620" w14:textId="0EC4F5E5" w:rsidR="00C44B5A" w:rsidRDefault="004157E4" w:rsidP="000D042D">
      <w:pPr>
        <w:spacing w:after="160"/>
        <w:jc w:val="center"/>
      </w:pPr>
      <w:r>
        <w:rPr>
          <w:b/>
          <w:sz w:val="21"/>
        </w:rPr>
        <w:t xml:space="preserve">PER </w:t>
      </w:r>
      <w:r w:rsidR="008D4D0B">
        <w:rPr>
          <w:b/>
          <w:sz w:val="21"/>
        </w:rPr>
        <w:t xml:space="preserve">USCITE DIDATTICHE </w:t>
      </w:r>
      <w:r>
        <w:rPr>
          <w:b/>
          <w:sz w:val="21"/>
        </w:rPr>
        <w:t>E VIAGGI DI ISTRUZIONE</w:t>
      </w:r>
    </w:p>
    <w:p w14:paraId="73A9DB59" w14:textId="6699B3F1" w:rsidR="00A05183" w:rsidRDefault="004157E4">
      <w:pPr>
        <w:spacing w:after="120"/>
      </w:pPr>
      <w:r>
        <w:t>I</w:t>
      </w:r>
      <w:r w:rsidR="00F96DE2">
        <w:t>l/la</w:t>
      </w:r>
      <w:r>
        <w:t xml:space="preserve"> </w:t>
      </w:r>
      <w:proofErr w:type="spellStart"/>
      <w:r>
        <w:t>sottoscritt</w:t>
      </w:r>
      <w:r w:rsidR="004C45BC">
        <w:t>o</w:t>
      </w:r>
      <w:proofErr w:type="spellEnd"/>
      <w:r w:rsidR="004C45BC">
        <w:t>/a</w:t>
      </w:r>
      <w:r>
        <w:t xml:space="preserve"> ______________________________________________________________________</w:t>
      </w:r>
      <w:r w:rsidR="00C216EE">
        <w:t>___________________</w:t>
      </w:r>
    </w:p>
    <w:p w14:paraId="78E4461E" w14:textId="341F24E4" w:rsidR="00A05183" w:rsidRDefault="00C12072" w:rsidP="00C44B5A">
      <w:pPr>
        <w:spacing w:after="80"/>
        <w:jc w:val="both"/>
      </w:pPr>
      <w:proofErr w:type="spellStart"/>
      <w:r>
        <w:t>n</w:t>
      </w:r>
      <w:r w:rsidR="004C45BC">
        <w:t>ato</w:t>
      </w:r>
      <w:proofErr w:type="spellEnd"/>
      <w:r>
        <w:t>/a a</w:t>
      </w:r>
      <w:r w:rsidR="004157E4">
        <w:t>________________________________</w:t>
      </w:r>
      <w:r>
        <w:t xml:space="preserve"> </w:t>
      </w:r>
      <w:proofErr w:type="spellStart"/>
      <w:r>
        <w:t>il</w:t>
      </w:r>
      <w:proofErr w:type="spellEnd"/>
      <w:r>
        <w:t>______________</w:t>
      </w:r>
      <w:r w:rsidR="004157E4">
        <w:t xml:space="preserve"> </w:t>
      </w:r>
      <w:proofErr w:type="spellStart"/>
      <w:r w:rsidR="004157E4">
        <w:t>frequentante</w:t>
      </w:r>
      <w:proofErr w:type="spellEnd"/>
      <w:r w:rsidR="004157E4">
        <w:t xml:space="preserve"> la </w:t>
      </w:r>
      <w:proofErr w:type="spellStart"/>
      <w:r w:rsidR="004157E4">
        <w:t>classe</w:t>
      </w:r>
      <w:proofErr w:type="spellEnd"/>
      <w:r w:rsidR="004157E4">
        <w:t xml:space="preserve"> ______</w:t>
      </w:r>
      <w:r w:rsidR="00002D4D">
        <w:t>_________</w:t>
      </w:r>
      <w:r w:rsidR="007727E5">
        <w:t>_</w:t>
      </w:r>
    </w:p>
    <w:p w14:paraId="6862DA97" w14:textId="717D6CC9" w:rsidR="00A05183" w:rsidRDefault="004157E4" w:rsidP="00C44B5A">
      <w:pPr>
        <w:spacing w:before="120" w:after="40"/>
        <w:jc w:val="center"/>
      </w:pPr>
      <w:r>
        <w:rPr>
          <w:b/>
        </w:rPr>
        <w:t>DICHIARA DI</w:t>
      </w:r>
      <w:r w:rsidR="00C44B5A">
        <w:rPr>
          <w:b/>
        </w:rPr>
        <w:t xml:space="preserve"> (</w:t>
      </w:r>
      <w:proofErr w:type="spellStart"/>
      <w:r w:rsidR="00C44B5A">
        <w:rPr>
          <w:b/>
        </w:rPr>
        <w:t>crocettare</w:t>
      </w:r>
      <w:proofErr w:type="spellEnd"/>
      <w:r w:rsidR="00C44B5A">
        <w:rPr>
          <w:b/>
        </w:rPr>
        <w:t>)</w:t>
      </w:r>
    </w:p>
    <w:p w14:paraId="6D1E96D6" w14:textId="743876AD" w:rsidR="00C44B5A" w:rsidRDefault="00C44B5A" w:rsidP="00C44B5A">
      <w:pPr>
        <w:pStyle w:val="Puntoelenco"/>
        <w:numPr>
          <w:ilvl w:val="0"/>
          <w:numId w:val="10"/>
        </w:numPr>
        <w:jc w:val="both"/>
      </w:pPr>
      <w:r>
        <w:t xml:space="preserve">aver </w:t>
      </w:r>
      <w:proofErr w:type="spellStart"/>
      <w:r>
        <w:t>provveduto</w:t>
      </w:r>
      <w:proofErr w:type="spellEnd"/>
      <w:r>
        <w:t xml:space="preserve"> al </w:t>
      </w:r>
      <w:proofErr w:type="spellStart"/>
      <w:r>
        <w:t>pagamento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quota </w:t>
      </w:r>
      <w:proofErr w:type="spellStart"/>
      <w:r>
        <w:t>assicurativa</w:t>
      </w:r>
      <w:proofErr w:type="spellEnd"/>
      <w:r>
        <w:t xml:space="preserve"> per </w:t>
      </w:r>
      <w:proofErr w:type="spellStart"/>
      <w:r>
        <w:t>l’anno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>;</w:t>
      </w:r>
    </w:p>
    <w:p w14:paraId="3368D010" w14:textId="533A746D" w:rsidR="00A05183" w:rsidRDefault="004157E4" w:rsidP="00C44B5A">
      <w:pPr>
        <w:pStyle w:val="Puntoelenco"/>
        <w:numPr>
          <w:ilvl w:val="0"/>
          <w:numId w:val="10"/>
        </w:numPr>
        <w:jc w:val="both"/>
      </w:pPr>
      <w:proofErr w:type="spellStart"/>
      <w:r>
        <w:t>avere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del </w:t>
      </w:r>
      <w:proofErr w:type="spellStart"/>
      <w:r>
        <w:t>programma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/del </w:t>
      </w:r>
      <w:proofErr w:type="spellStart"/>
      <w:r>
        <w:t>visita</w:t>
      </w:r>
      <w:proofErr w:type="spellEnd"/>
      <w:r>
        <w:t xml:space="preserve"> </w:t>
      </w:r>
      <w:proofErr w:type="spellStart"/>
      <w:r>
        <w:t>guidata</w:t>
      </w:r>
      <w:proofErr w:type="spellEnd"/>
      <w:r>
        <w:t>/</w:t>
      </w:r>
      <w:proofErr w:type="spellStart"/>
      <w:r>
        <w:t>viaggio</w:t>
      </w:r>
      <w:proofErr w:type="spellEnd"/>
      <w:r>
        <w:t xml:space="preserve"> di </w:t>
      </w:r>
      <w:proofErr w:type="spellStart"/>
      <w:r w:rsidR="00C44B5A">
        <w:t>istruzione</w:t>
      </w:r>
      <w:proofErr w:type="spellEnd"/>
      <w:r w:rsidR="00CF14F8">
        <w:t xml:space="preserve"> </w:t>
      </w:r>
      <w:r w:rsidR="00727339">
        <w:t xml:space="preserve">presso___________________________________________________________________________________________________________________________________________________________________________________________con </w:t>
      </w:r>
      <w:proofErr w:type="spellStart"/>
      <w:r w:rsidR="00727339">
        <w:t>partenza</w:t>
      </w:r>
      <w:proofErr w:type="spellEnd"/>
      <w:r w:rsidR="00727339">
        <w:t xml:space="preserve"> </w:t>
      </w:r>
      <w:proofErr w:type="spellStart"/>
      <w:r w:rsidR="00727339">
        <w:t>alle</w:t>
      </w:r>
      <w:proofErr w:type="spellEnd"/>
      <w:r w:rsidR="00727339">
        <w:t xml:space="preserve"> ore_______________________ e </w:t>
      </w:r>
      <w:proofErr w:type="spellStart"/>
      <w:r w:rsidR="00727339">
        <w:t>arrivo</w:t>
      </w:r>
      <w:proofErr w:type="spellEnd"/>
      <w:r w:rsidR="00727339">
        <w:t xml:space="preserve"> </w:t>
      </w:r>
      <w:proofErr w:type="spellStart"/>
      <w:r w:rsidR="00727339">
        <w:t>alle</w:t>
      </w:r>
      <w:proofErr w:type="spellEnd"/>
      <w:r w:rsidR="00727339">
        <w:t xml:space="preserve"> </w:t>
      </w:r>
      <w:proofErr w:type="spellStart"/>
      <w:r w:rsidR="00727339">
        <w:t>ore_____________________________del</w:t>
      </w:r>
      <w:proofErr w:type="spellEnd"/>
      <w:r w:rsidR="00C1437C">
        <w:t>/</w:t>
      </w:r>
      <w:proofErr w:type="spellStart"/>
      <w:r w:rsidR="00C1437C">
        <w:t>dei</w:t>
      </w:r>
      <w:proofErr w:type="spellEnd"/>
      <w:r w:rsidR="00C1437C">
        <w:t xml:space="preserve"> </w:t>
      </w:r>
      <w:proofErr w:type="spellStart"/>
      <w:r w:rsidR="00C1437C">
        <w:t>giorno</w:t>
      </w:r>
      <w:proofErr w:type="spellEnd"/>
      <w:r w:rsidR="00C1437C">
        <w:t>/</w:t>
      </w:r>
      <w:proofErr w:type="spellStart"/>
      <w:r w:rsidR="00C1437C">
        <w:t>i</w:t>
      </w:r>
      <w:proofErr w:type="spellEnd"/>
      <w:r w:rsidR="00C1437C">
        <w:t>__________________________________</w:t>
      </w:r>
      <w:r w:rsidR="00C44B5A">
        <w:t>;</w:t>
      </w:r>
    </w:p>
    <w:p w14:paraId="5702BD4B" w14:textId="08E292FB" w:rsidR="00A05183" w:rsidRDefault="004157E4" w:rsidP="00C44B5A">
      <w:pPr>
        <w:pStyle w:val="Puntoelenco"/>
        <w:numPr>
          <w:ilvl w:val="0"/>
          <w:numId w:val="10"/>
        </w:numPr>
        <w:jc w:val="both"/>
      </w:pPr>
      <w:proofErr w:type="spellStart"/>
      <w:r>
        <w:t>accettare</w:t>
      </w:r>
      <w:proofErr w:type="spellEnd"/>
      <w:r>
        <w:t xml:space="preserve"> </w:t>
      </w:r>
      <w:proofErr w:type="spellStart"/>
      <w:r>
        <w:t>integralmente</w:t>
      </w:r>
      <w:proofErr w:type="spellEnd"/>
      <w:r>
        <w:t xml:space="preserve">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condizioni</w:t>
      </w:r>
      <w:proofErr w:type="spellEnd"/>
      <w:r>
        <w:t xml:space="preserve"> e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spese</w:t>
      </w:r>
      <w:proofErr w:type="spellEnd"/>
      <w:r>
        <w:t xml:space="preserve"> a </w:t>
      </w:r>
      <w:proofErr w:type="spellStart"/>
      <w:r>
        <w:t>carico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partecipanti</w:t>
      </w:r>
      <w:proofErr w:type="spellEnd"/>
      <w:r>
        <w:t xml:space="preserve"> quale quota </w:t>
      </w:r>
      <w:proofErr w:type="spellStart"/>
      <w:r>
        <w:t>procapite</w:t>
      </w:r>
      <w:proofErr w:type="spellEnd"/>
      <w:r>
        <w:t>;</w:t>
      </w:r>
    </w:p>
    <w:p w14:paraId="1F24CB07" w14:textId="7B2540BC" w:rsidR="00A05183" w:rsidRDefault="004157E4" w:rsidP="00C44B5A">
      <w:pPr>
        <w:pStyle w:val="Puntoelenco"/>
        <w:numPr>
          <w:ilvl w:val="0"/>
          <w:numId w:val="10"/>
        </w:numPr>
        <w:jc w:val="both"/>
      </w:pPr>
      <w:proofErr w:type="spellStart"/>
      <w:r>
        <w:t>provvedere</w:t>
      </w:r>
      <w:proofErr w:type="spellEnd"/>
      <w:r>
        <w:t xml:space="preserve"> a </w:t>
      </w:r>
      <w:proofErr w:type="spellStart"/>
      <w:r>
        <w:t>raggiungere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luogo</w:t>
      </w:r>
      <w:proofErr w:type="spellEnd"/>
      <w:r>
        <w:t xml:space="preserve"> di </w:t>
      </w:r>
      <w:proofErr w:type="spellStart"/>
      <w:r>
        <w:t>partenza</w:t>
      </w:r>
      <w:proofErr w:type="spellEnd"/>
      <w:r>
        <w:t xml:space="preserve"> e a </w:t>
      </w:r>
      <w:proofErr w:type="spellStart"/>
      <w:r w:rsidR="00A73EDA">
        <w:t>ritornare</w:t>
      </w:r>
      <w:proofErr w:type="spellEnd"/>
      <w:r w:rsidR="00A73EDA">
        <w:t xml:space="preserve"> a casa</w:t>
      </w:r>
      <w:r w:rsidR="00DC39B6">
        <w:t xml:space="preserve"> </w:t>
      </w:r>
      <w:proofErr w:type="spellStart"/>
      <w:r w:rsidR="00DC39B6">
        <w:t>autonomamente</w:t>
      </w:r>
      <w:proofErr w:type="spellEnd"/>
      <w:r>
        <w:t xml:space="preserve">, </w:t>
      </w:r>
      <w:proofErr w:type="spellStart"/>
      <w:r>
        <w:t>esonerando</w:t>
      </w:r>
      <w:proofErr w:type="spellEnd"/>
      <w:r>
        <w:t xml:space="preserve"> la </w:t>
      </w:r>
      <w:proofErr w:type="spellStart"/>
      <w:r>
        <w:t>scuola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in </w:t>
      </w:r>
      <w:proofErr w:type="spellStart"/>
      <w:r>
        <w:t>merito</w:t>
      </w:r>
      <w:proofErr w:type="spellEnd"/>
      <w:r>
        <w:t>;</w:t>
      </w:r>
    </w:p>
    <w:p w14:paraId="618D8AC8" w14:textId="4FB68DAD" w:rsidR="00A05183" w:rsidRDefault="004157E4" w:rsidP="00C44B5A">
      <w:pPr>
        <w:pStyle w:val="Puntoelenco"/>
        <w:numPr>
          <w:ilvl w:val="0"/>
          <w:numId w:val="10"/>
        </w:numPr>
        <w:jc w:val="both"/>
      </w:pPr>
      <w:proofErr w:type="spellStart"/>
      <w:r>
        <w:t>essere</w:t>
      </w:r>
      <w:proofErr w:type="spellEnd"/>
      <w:r>
        <w:t xml:space="preserve"> </w:t>
      </w:r>
      <w:proofErr w:type="spellStart"/>
      <w:r>
        <w:t>consapevol</w:t>
      </w:r>
      <w:r w:rsidR="000104D2">
        <w:t>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d'Istituto</w:t>
      </w:r>
      <w:proofErr w:type="spellEnd"/>
      <w:r>
        <w:t xml:space="preserve"> è </w:t>
      </w:r>
      <w:proofErr w:type="spellStart"/>
      <w:r>
        <w:t>ugualmente</w:t>
      </w:r>
      <w:proofErr w:type="spellEnd"/>
      <w:r>
        <w:t xml:space="preserve"> </w:t>
      </w:r>
      <w:proofErr w:type="spellStart"/>
      <w:r>
        <w:t>valido</w:t>
      </w:r>
      <w:proofErr w:type="spellEnd"/>
      <w:r>
        <w:t xml:space="preserve"> per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svolgono</w:t>
      </w:r>
      <w:proofErr w:type="spellEnd"/>
      <w:r>
        <w:t xml:space="preserve"> al di </w:t>
      </w:r>
      <w:proofErr w:type="spellStart"/>
      <w:r>
        <w:t>fuori</w:t>
      </w:r>
      <w:proofErr w:type="spellEnd"/>
      <w:r>
        <w:t xml:space="preserve"> </w:t>
      </w:r>
      <w:proofErr w:type="spellStart"/>
      <w:r>
        <w:t>dell'edificio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in </w:t>
      </w:r>
      <w:proofErr w:type="spellStart"/>
      <w:r>
        <w:t>orario</w:t>
      </w:r>
      <w:proofErr w:type="spellEnd"/>
      <w:r>
        <w:t xml:space="preserve"> </w:t>
      </w:r>
      <w:proofErr w:type="spellStart"/>
      <w:r>
        <w:t>curriculare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extracurriculare</w:t>
      </w:r>
      <w:proofErr w:type="spellEnd"/>
      <w:r>
        <w:t>;</w:t>
      </w:r>
    </w:p>
    <w:p w14:paraId="0E120030" w14:textId="5848BA1B" w:rsidR="00A05183" w:rsidRDefault="004157E4" w:rsidP="00C44B5A">
      <w:pPr>
        <w:pStyle w:val="Puntoelenco"/>
        <w:numPr>
          <w:ilvl w:val="0"/>
          <w:numId w:val="10"/>
        </w:numPr>
        <w:jc w:val="both"/>
      </w:pPr>
      <w:proofErr w:type="spellStart"/>
      <w:r>
        <w:t>assumersi</w:t>
      </w:r>
      <w:proofErr w:type="spellEnd"/>
      <w:r>
        <w:t xml:space="preserve">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derivanti</w:t>
      </w:r>
      <w:proofErr w:type="spellEnd"/>
      <w:r>
        <w:t xml:space="preserve"> da </w:t>
      </w:r>
      <w:proofErr w:type="spellStart"/>
      <w:r>
        <w:t>inosservanza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regolamenti</w:t>
      </w:r>
      <w:proofErr w:type="spellEnd"/>
      <w:r>
        <w:t xml:space="preserve"> e </w:t>
      </w:r>
      <w:proofErr w:type="spellStart"/>
      <w:r>
        <w:t>impartite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o da cause </w:t>
      </w:r>
      <w:proofErr w:type="spellStart"/>
      <w:r>
        <w:t>indipendenti</w:t>
      </w:r>
      <w:proofErr w:type="spellEnd"/>
      <w:r>
        <w:t xml:space="preserve"> </w:t>
      </w:r>
      <w:proofErr w:type="spellStart"/>
      <w:r>
        <w:t>dall'organizzazione</w:t>
      </w:r>
      <w:proofErr w:type="spellEnd"/>
      <w:r>
        <w:t xml:space="preserve"> </w:t>
      </w:r>
      <w:proofErr w:type="spellStart"/>
      <w:r>
        <w:t>scolastica</w:t>
      </w:r>
      <w:proofErr w:type="spellEnd"/>
      <w:r>
        <w:t>.</w:t>
      </w:r>
    </w:p>
    <w:p w14:paraId="639DE9A2" w14:textId="3F321507" w:rsidR="00A05183" w:rsidRDefault="004157E4" w:rsidP="00C44B5A">
      <w:pPr>
        <w:spacing w:before="120" w:after="40"/>
        <w:jc w:val="center"/>
      </w:pPr>
      <w:r>
        <w:rPr>
          <w:b/>
        </w:rPr>
        <w:t xml:space="preserve">SI IMPEGNA (solo se </w:t>
      </w:r>
      <w:proofErr w:type="spellStart"/>
      <w:r>
        <w:rPr>
          <w:b/>
        </w:rPr>
        <w:t>richiesta</w:t>
      </w:r>
      <w:proofErr w:type="spellEnd"/>
      <w:r>
        <w:rPr>
          <w:b/>
        </w:rPr>
        <w:t xml:space="preserve"> quota di </w:t>
      </w:r>
      <w:proofErr w:type="spellStart"/>
      <w:r>
        <w:rPr>
          <w:b/>
        </w:rPr>
        <w:t>partecipazione</w:t>
      </w:r>
      <w:proofErr w:type="spellEnd"/>
      <w:r w:rsidR="004D41E4">
        <w:rPr>
          <w:b/>
        </w:rPr>
        <w:t xml:space="preserve">, </w:t>
      </w:r>
      <w:proofErr w:type="spellStart"/>
      <w:r w:rsidR="004D41E4">
        <w:rPr>
          <w:b/>
        </w:rPr>
        <w:t>altrimenti</w:t>
      </w:r>
      <w:proofErr w:type="spellEnd"/>
      <w:r w:rsidR="004D41E4">
        <w:rPr>
          <w:b/>
        </w:rPr>
        <w:t xml:space="preserve"> </w:t>
      </w:r>
      <w:proofErr w:type="spellStart"/>
      <w:r w:rsidR="004D41E4">
        <w:rPr>
          <w:b/>
        </w:rPr>
        <w:t>barrare</w:t>
      </w:r>
      <w:proofErr w:type="spellEnd"/>
      <w:r>
        <w:rPr>
          <w:b/>
        </w:rPr>
        <w:t>)</w:t>
      </w:r>
    </w:p>
    <w:p w14:paraId="3C18CE88" w14:textId="77777777" w:rsidR="00A05183" w:rsidRDefault="004157E4" w:rsidP="00C44B5A">
      <w:pPr>
        <w:spacing w:after="40"/>
        <w:jc w:val="both"/>
      </w:pPr>
      <w:r>
        <w:t xml:space="preserve">al </w:t>
      </w:r>
      <w:proofErr w:type="spellStart"/>
      <w:r>
        <w:t>pagamento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somma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, </w:t>
      </w:r>
      <w:proofErr w:type="spellStart"/>
      <w:r>
        <w:t>essendo</w:t>
      </w:r>
      <w:proofErr w:type="spellEnd"/>
      <w:r>
        <w:t xml:space="preserve"> </w:t>
      </w:r>
      <w:proofErr w:type="spellStart"/>
      <w:r>
        <w:t>consapevoli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rinuncia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visita</w:t>
      </w:r>
      <w:proofErr w:type="spellEnd"/>
      <w:r>
        <w:t xml:space="preserve"> </w:t>
      </w:r>
      <w:proofErr w:type="spellStart"/>
      <w:r>
        <w:t>guidata</w:t>
      </w:r>
      <w:proofErr w:type="spellEnd"/>
      <w:r>
        <w:t xml:space="preserve">/al </w:t>
      </w:r>
      <w:proofErr w:type="spellStart"/>
      <w:r>
        <w:t>viaggio</w:t>
      </w:r>
      <w:proofErr w:type="spellEnd"/>
      <w:r>
        <w:t xml:space="preserve"> </w:t>
      </w:r>
      <w:proofErr w:type="spellStart"/>
      <w:r>
        <w:t>d'istruzione</w:t>
      </w:r>
      <w:proofErr w:type="spellEnd"/>
      <w:r>
        <w:t xml:space="preserve">, </w:t>
      </w:r>
      <w:proofErr w:type="spellStart"/>
      <w:r>
        <w:t>dopo</w:t>
      </w:r>
      <w:proofErr w:type="spellEnd"/>
      <w:r>
        <w:t xml:space="preserve"> la </w:t>
      </w:r>
      <w:proofErr w:type="spellStart"/>
      <w:r>
        <w:t>consegna</w:t>
      </w:r>
      <w:proofErr w:type="spellEnd"/>
      <w:r>
        <w:t xml:space="preserve"> del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,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comportare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pagamento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per </w:t>
      </w:r>
      <w:proofErr w:type="spellStart"/>
      <w:r>
        <w:t>l</w:t>
      </w:r>
      <w:r>
        <w:t>egge</w:t>
      </w:r>
      <w:proofErr w:type="spellEnd"/>
      <w:r>
        <w:t xml:space="preserve"> e/o </w:t>
      </w:r>
      <w:proofErr w:type="spellStart"/>
      <w:r>
        <w:t>aggravi</w:t>
      </w:r>
      <w:proofErr w:type="spellEnd"/>
      <w:r>
        <w:t xml:space="preserve"> di </w:t>
      </w:r>
      <w:proofErr w:type="spellStart"/>
      <w:r>
        <w:t>spesa</w:t>
      </w:r>
      <w:proofErr w:type="spellEnd"/>
      <w:r>
        <w:t xml:space="preserve">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partecipanti</w:t>
      </w:r>
      <w:proofErr w:type="spellEnd"/>
      <w:r>
        <w:t>.</w:t>
      </w:r>
    </w:p>
    <w:p w14:paraId="1EB819B7" w14:textId="1657622C" w:rsidR="00A05183" w:rsidRDefault="004157E4" w:rsidP="00C44B5A">
      <w:pPr>
        <w:spacing w:before="120" w:after="40"/>
        <w:jc w:val="center"/>
      </w:pPr>
      <w:r>
        <w:rPr>
          <w:b/>
        </w:rPr>
        <w:t>SOLLEVA</w:t>
      </w:r>
    </w:p>
    <w:p w14:paraId="17BF40F3" w14:textId="77777777" w:rsidR="00A05183" w:rsidRDefault="004157E4" w:rsidP="00C44B5A">
      <w:pPr>
        <w:spacing w:after="40"/>
        <w:jc w:val="both"/>
      </w:pPr>
      <w:proofErr w:type="spellStart"/>
      <w:r>
        <w:t>espressamente</w:t>
      </w:r>
      <w:proofErr w:type="spellEnd"/>
      <w:r>
        <w:t xml:space="preserve"> </w:t>
      </w:r>
      <w:proofErr w:type="spellStart"/>
      <w:r>
        <w:t>l'Istituzione</w:t>
      </w:r>
      <w:proofErr w:type="spellEnd"/>
      <w:r>
        <w:t xml:space="preserve"> </w:t>
      </w:r>
      <w:proofErr w:type="spellStart"/>
      <w:r>
        <w:t>scolastica</w:t>
      </w:r>
      <w:proofErr w:type="spellEnd"/>
      <w:r>
        <w:t xml:space="preserve"> da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incidente</w:t>
      </w:r>
      <w:proofErr w:type="spellEnd"/>
      <w:r>
        <w:t xml:space="preserve"> non </w:t>
      </w:r>
      <w:proofErr w:type="spellStart"/>
      <w:r>
        <w:t>imputabile</w:t>
      </w:r>
      <w:proofErr w:type="spellEnd"/>
      <w:r>
        <w:t xml:space="preserve"> a </w:t>
      </w:r>
      <w:proofErr w:type="spellStart"/>
      <w:r>
        <w:t>colpe</w:t>
      </w:r>
      <w:proofErr w:type="spellEnd"/>
      <w:r>
        <w:t xml:space="preserve"> </w:t>
      </w:r>
      <w:proofErr w:type="spellStart"/>
      <w:r>
        <w:t>dell'istituto</w:t>
      </w:r>
      <w:proofErr w:type="spellEnd"/>
      <w:r>
        <w:t xml:space="preserve"> o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accompagnatori</w:t>
      </w:r>
      <w:proofErr w:type="spellEnd"/>
      <w:r>
        <w:t xml:space="preserve"> (</w:t>
      </w:r>
      <w:proofErr w:type="spellStart"/>
      <w:r>
        <w:t>ex art</w:t>
      </w:r>
      <w:proofErr w:type="spellEnd"/>
      <w:r>
        <w:t>. 2048 c.c.).</w:t>
      </w:r>
    </w:p>
    <w:p w14:paraId="1F2B57FC" w14:textId="7DEA66FD" w:rsidR="00A05183" w:rsidRDefault="004157E4" w:rsidP="00C44B5A">
      <w:pPr>
        <w:spacing w:before="120" w:after="40"/>
        <w:jc w:val="center"/>
      </w:pPr>
      <w:r>
        <w:rPr>
          <w:b/>
        </w:rPr>
        <w:t>DICHIARA</w:t>
      </w:r>
    </w:p>
    <w:p w14:paraId="5CDB30BE" w14:textId="2CF6BDC6" w:rsidR="00A05183" w:rsidRDefault="004157E4" w:rsidP="00C44B5A">
      <w:pPr>
        <w:jc w:val="both"/>
      </w:pPr>
      <w:proofErr w:type="spellStart"/>
      <w:r>
        <w:t>che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tutta</w:t>
      </w:r>
      <w:proofErr w:type="spellEnd"/>
      <w:r>
        <w:t xml:space="preserve"> la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visita</w:t>
      </w:r>
      <w:proofErr w:type="spellEnd"/>
      <w:r>
        <w:t xml:space="preserve"> </w:t>
      </w:r>
      <w:proofErr w:type="spellStart"/>
      <w:r>
        <w:t>guidata</w:t>
      </w:r>
      <w:proofErr w:type="spellEnd"/>
      <w:r>
        <w:t xml:space="preserve">/del </w:t>
      </w:r>
      <w:proofErr w:type="spellStart"/>
      <w:r>
        <w:t>viaggio</w:t>
      </w:r>
      <w:proofErr w:type="spellEnd"/>
      <w:r>
        <w:t xml:space="preserve"> di </w:t>
      </w:r>
      <w:proofErr w:type="spellStart"/>
      <w:r>
        <w:t>istruzione</w:t>
      </w:r>
      <w:proofErr w:type="spellEnd"/>
      <w:r>
        <w:t>:</w:t>
      </w:r>
    </w:p>
    <w:p w14:paraId="5FE9CCD4" w14:textId="77777777" w:rsidR="00A05183" w:rsidRDefault="004157E4" w:rsidP="00C44B5A">
      <w:pPr>
        <w:pStyle w:val="Numeroelenco"/>
        <w:jc w:val="both"/>
      </w:pPr>
      <w:proofErr w:type="spellStart"/>
      <w:r>
        <w:t>dovrà</w:t>
      </w:r>
      <w:proofErr w:type="spellEnd"/>
      <w:r>
        <w:t xml:space="preserve"> </w:t>
      </w:r>
      <w:proofErr w:type="spellStart"/>
      <w:r>
        <w:t>rispettare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dal </w:t>
      </w:r>
      <w:proofErr w:type="spellStart"/>
      <w:r>
        <w:t>Regolamento</w:t>
      </w:r>
      <w:proofErr w:type="spellEnd"/>
      <w:r>
        <w:t xml:space="preserve"> di </w:t>
      </w:r>
      <w:proofErr w:type="spellStart"/>
      <w:r>
        <w:t>Istituto</w:t>
      </w:r>
      <w:proofErr w:type="spellEnd"/>
      <w:r>
        <w:t xml:space="preserve"> e le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impartite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</w:t>
      </w:r>
      <w:proofErr w:type="spellStart"/>
      <w:r>
        <w:t>accompagnatori</w:t>
      </w:r>
      <w:proofErr w:type="spellEnd"/>
      <w:r>
        <w:t>;</w:t>
      </w:r>
    </w:p>
    <w:p w14:paraId="2763B8C2" w14:textId="77777777" w:rsidR="00A05183" w:rsidRDefault="004157E4" w:rsidP="00C44B5A">
      <w:pPr>
        <w:pStyle w:val="Numeroelenco"/>
        <w:jc w:val="both"/>
      </w:pPr>
      <w:proofErr w:type="spellStart"/>
      <w:r>
        <w:t>sarà</w:t>
      </w:r>
      <w:proofErr w:type="spellEnd"/>
      <w:r>
        <w:t xml:space="preserve"> </w:t>
      </w:r>
      <w:proofErr w:type="spellStart"/>
      <w:r>
        <w:t>sottoposto</w:t>
      </w:r>
      <w:proofErr w:type="spellEnd"/>
      <w:r>
        <w:t xml:space="preserve"> </w:t>
      </w:r>
      <w:proofErr w:type="spellStart"/>
      <w:r>
        <w:t>all'autorità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insegnanti</w:t>
      </w:r>
      <w:proofErr w:type="spellEnd"/>
      <w:r>
        <w:t xml:space="preserve"> </w:t>
      </w:r>
      <w:proofErr w:type="spellStart"/>
      <w:r>
        <w:t>accompagnatori</w:t>
      </w:r>
      <w:proofErr w:type="spellEnd"/>
      <w:r>
        <w:t xml:space="preserve"> del </w:t>
      </w:r>
      <w:proofErr w:type="spellStart"/>
      <w:r>
        <w:t>gruppo</w:t>
      </w:r>
      <w:proofErr w:type="spellEnd"/>
      <w:r>
        <w:t>;</w:t>
      </w:r>
    </w:p>
    <w:p w14:paraId="37B3B8DA" w14:textId="77777777" w:rsidR="00A05183" w:rsidRDefault="004157E4" w:rsidP="00C44B5A">
      <w:pPr>
        <w:pStyle w:val="Numeroelenco"/>
        <w:jc w:val="both"/>
      </w:pPr>
      <w:r>
        <w:t xml:space="preserve">non </w:t>
      </w:r>
      <w:proofErr w:type="spellStart"/>
      <w:r>
        <w:t>dovrà</w:t>
      </w:r>
      <w:proofErr w:type="spellEnd"/>
      <w:r>
        <w:t xml:space="preserve"> </w:t>
      </w:r>
      <w:proofErr w:type="spellStart"/>
      <w:r>
        <w:t>assumere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imprudenti</w:t>
      </w:r>
      <w:proofErr w:type="spellEnd"/>
      <w:r>
        <w:t xml:space="preserve">, </w:t>
      </w:r>
      <w:proofErr w:type="spellStart"/>
      <w:r>
        <w:t>scorretti</w:t>
      </w:r>
      <w:proofErr w:type="spellEnd"/>
      <w:r>
        <w:t xml:space="preserve">, non </w:t>
      </w:r>
      <w:proofErr w:type="spellStart"/>
      <w:r>
        <w:t>rispettosi</w:t>
      </w:r>
      <w:proofErr w:type="spellEnd"/>
      <w:r>
        <w:t xml:space="preserve"> di </w:t>
      </w:r>
      <w:proofErr w:type="spellStart"/>
      <w:r>
        <w:t>regole</w:t>
      </w:r>
      <w:proofErr w:type="spellEnd"/>
      <w:r>
        <w:t xml:space="preserve"> o </w:t>
      </w:r>
      <w:proofErr w:type="spellStart"/>
      <w:r>
        <w:t>pericolosi</w:t>
      </w:r>
      <w:proofErr w:type="spellEnd"/>
      <w:r>
        <w:t xml:space="preserve"> per la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incolumità</w:t>
      </w:r>
      <w:proofErr w:type="spellEnd"/>
      <w:r>
        <w:t xml:space="preserve"> o per </w:t>
      </w:r>
      <w:proofErr w:type="spellStart"/>
      <w:r>
        <w:t>quella</w:t>
      </w:r>
      <w:proofErr w:type="spellEnd"/>
      <w:r>
        <w:t xml:space="preserve"> di </w:t>
      </w:r>
      <w:proofErr w:type="spellStart"/>
      <w:r>
        <w:t>altri</w:t>
      </w:r>
      <w:proofErr w:type="spellEnd"/>
      <w:r>
        <w:t>;</w:t>
      </w:r>
    </w:p>
    <w:p w14:paraId="04C75CE3" w14:textId="77777777" w:rsidR="00A05183" w:rsidRDefault="004157E4" w:rsidP="00C44B5A">
      <w:pPr>
        <w:pStyle w:val="Numeroelenco"/>
        <w:jc w:val="both"/>
      </w:pPr>
      <w:r>
        <w:t xml:space="preserve">la </w:t>
      </w:r>
      <w:proofErr w:type="spellStart"/>
      <w:r>
        <w:t>condotta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visita</w:t>
      </w:r>
      <w:proofErr w:type="spellEnd"/>
      <w:r>
        <w:t xml:space="preserve"> </w:t>
      </w:r>
      <w:proofErr w:type="spellStart"/>
      <w:r>
        <w:t>guidata</w:t>
      </w:r>
      <w:proofErr w:type="spellEnd"/>
      <w:r>
        <w:t>/</w:t>
      </w:r>
      <w:proofErr w:type="spellStart"/>
      <w:r>
        <w:t>il</w:t>
      </w:r>
      <w:proofErr w:type="spellEnd"/>
      <w:r>
        <w:t xml:space="preserve"> </w:t>
      </w:r>
      <w:proofErr w:type="spellStart"/>
      <w:r>
        <w:t>viaggio</w:t>
      </w:r>
      <w:proofErr w:type="spellEnd"/>
      <w:r>
        <w:t xml:space="preserve"> </w:t>
      </w:r>
      <w:proofErr w:type="spellStart"/>
      <w:r>
        <w:t>d'istruzione</w:t>
      </w:r>
      <w:proofErr w:type="spellEnd"/>
      <w:r>
        <w:t xml:space="preserve"> </w:t>
      </w:r>
      <w:proofErr w:type="spellStart"/>
      <w:r>
        <w:t>rientrerà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valutazione</w:t>
      </w:r>
      <w:proofErr w:type="spellEnd"/>
      <w:r>
        <w:t xml:space="preserve"> del </w:t>
      </w:r>
      <w:proofErr w:type="spellStart"/>
      <w:r>
        <w:t>comporta</w:t>
      </w:r>
      <w:r>
        <w:t>mento</w:t>
      </w:r>
      <w:proofErr w:type="spellEnd"/>
      <w:r>
        <w:t>;</w:t>
      </w:r>
    </w:p>
    <w:p w14:paraId="284E2486" w14:textId="06E5C4F7" w:rsidR="00C44B5A" w:rsidRDefault="004157E4" w:rsidP="00996897">
      <w:pPr>
        <w:pStyle w:val="Numeroelenco"/>
        <w:jc w:val="both"/>
      </w:pPr>
      <w:r>
        <w:t xml:space="preserve">la </w:t>
      </w:r>
      <w:proofErr w:type="spellStart"/>
      <w:r>
        <w:t>violazione</w:t>
      </w:r>
      <w:proofErr w:type="spellEnd"/>
      <w:r>
        <w:t xml:space="preserve"> di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comportare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disciplinari</w:t>
      </w:r>
      <w:proofErr w:type="spellEnd"/>
      <w:r>
        <w:t>.</w:t>
      </w:r>
    </w:p>
    <w:p w14:paraId="0E9C324D" w14:textId="6E764B52" w:rsidR="00C44B5A" w:rsidRDefault="00C44B5A" w:rsidP="00996897">
      <w:pPr>
        <w:spacing w:after="80"/>
        <w:jc w:val="both"/>
      </w:pPr>
      <w:r>
        <w:t>Bari, _____________</w:t>
      </w:r>
    </w:p>
    <w:p w14:paraId="57F3E570" w14:textId="77777777" w:rsidR="000D042D" w:rsidRDefault="000D042D" w:rsidP="00C44B5A">
      <w:pPr>
        <w:spacing w:after="40"/>
        <w:jc w:val="both"/>
      </w:pPr>
    </w:p>
    <w:p w14:paraId="2DE7132E" w14:textId="6226C328" w:rsidR="00A05183" w:rsidRDefault="004157E4" w:rsidP="00C44B5A">
      <w:pPr>
        <w:spacing w:after="40"/>
        <w:jc w:val="both"/>
      </w:pPr>
      <w:r>
        <w:t xml:space="preserve">Firma </w:t>
      </w:r>
      <w:proofErr w:type="spellStart"/>
      <w:r>
        <w:t>de</w:t>
      </w:r>
      <w:r w:rsidR="00C41D48">
        <w:t>lla</w:t>
      </w:r>
      <w:proofErr w:type="spellEnd"/>
      <w:r w:rsidR="00C41D48">
        <w:t xml:space="preserve"> </w:t>
      </w:r>
      <w:proofErr w:type="spellStart"/>
      <w:r w:rsidR="00C41D48">
        <w:t>studentessa</w:t>
      </w:r>
      <w:proofErr w:type="spellEnd"/>
      <w:r w:rsidR="00C41D48">
        <w:t xml:space="preserve"> o </w:t>
      </w:r>
      <w:proofErr w:type="spellStart"/>
      <w:r w:rsidR="00C41D48">
        <w:t>dello</w:t>
      </w:r>
      <w:proofErr w:type="spellEnd"/>
      <w:r w:rsidR="00C41D48">
        <w:t xml:space="preserve"> </w:t>
      </w:r>
      <w:proofErr w:type="spellStart"/>
      <w:r w:rsidR="00C41D48">
        <w:t>studente</w:t>
      </w:r>
      <w:proofErr w:type="spellEnd"/>
      <w:r>
        <w:t xml:space="preserve"> </w:t>
      </w:r>
    </w:p>
    <w:p w14:paraId="3DB5788B" w14:textId="77777777" w:rsidR="00C44B5A" w:rsidRDefault="00C44B5A" w:rsidP="00C44B5A">
      <w:pPr>
        <w:spacing w:after="40"/>
        <w:jc w:val="both"/>
      </w:pPr>
    </w:p>
    <w:p w14:paraId="14D7A4CE" w14:textId="0A0658D0" w:rsidR="00A05183" w:rsidRDefault="004157E4" w:rsidP="00C44B5A">
      <w:pPr>
        <w:spacing w:after="40"/>
        <w:jc w:val="both"/>
      </w:pPr>
      <w:r>
        <w:t>_________________________________________</w:t>
      </w:r>
      <w:r w:rsidR="00140F9F">
        <w:t>____________</w:t>
      </w:r>
      <w:r>
        <w:t>_</w:t>
      </w:r>
    </w:p>
    <w:p w14:paraId="3660DFAA" w14:textId="77777777" w:rsidR="00C44B5A" w:rsidRDefault="00C44B5A" w:rsidP="00C44B5A">
      <w:pPr>
        <w:jc w:val="both"/>
      </w:pPr>
    </w:p>
    <w:p w14:paraId="2FDA2530" w14:textId="0419C1A8" w:rsidR="00A05183" w:rsidRDefault="00A05183" w:rsidP="00C44B5A">
      <w:pPr>
        <w:jc w:val="both"/>
      </w:pPr>
    </w:p>
    <w:sectPr w:rsidR="00A05183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1E5824"/>
    <w:multiLevelType w:val="hybridMultilevel"/>
    <w:tmpl w:val="B472228A"/>
    <w:lvl w:ilvl="0" w:tplc="4BFEA02A">
      <w:numFmt w:val="bullet"/>
      <w:lvlText w:val="o"/>
      <w:lvlJc w:val="left"/>
      <w:pPr>
        <w:ind w:left="360" w:hanging="360"/>
      </w:pPr>
      <w:rPr>
        <w:rFonts w:ascii="Wingdings" w:eastAsia="Verdana" w:hAnsi="Wingdings" w:cs="Verdana" w:hint="default"/>
        <w:b w:val="0"/>
        <w:b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2D4D"/>
    <w:rsid w:val="000104D2"/>
    <w:rsid w:val="00034616"/>
    <w:rsid w:val="0006063C"/>
    <w:rsid w:val="000D042D"/>
    <w:rsid w:val="00140F9F"/>
    <w:rsid w:val="0015074B"/>
    <w:rsid w:val="001B779D"/>
    <w:rsid w:val="001E245C"/>
    <w:rsid w:val="0029639D"/>
    <w:rsid w:val="002C544F"/>
    <w:rsid w:val="002D5C72"/>
    <w:rsid w:val="00326F90"/>
    <w:rsid w:val="003809BE"/>
    <w:rsid w:val="004157E4"/>
    <w:rsid w:val="004328BE"/>
    <w:rsid w:val="004C45BC"/>
    <w:rsid w:val="004D41E4"/>
    <w:rsid w:val="00654494"/>
    <w:rsid w:val="00715F1E"/>
    <w:rsid w:val="00727339"/>
    <w:rsid w:val="007727E5"/>
    <w:rsid w:val="007D79E2"/>
    <w:rsid w:val="007F42EE"/>
    <w:rsid w:val="00840EA1"/>
    <w:rsid w:val="008A541A"/>
    <w:rsid w:val="008D4D0B"/>
    <w:rsid w:val="00996897"/>
    <w:rsid w:val="009C5AA6"/>
    <w:rsid w:val="00A05183"/>
    <w:rsid w:val="00A73EDA"/>
    <w:rsid w:val="00AA1D8D"/>
    <w:rsid w:val="00B47730"/>
    <w:rsid w:val="00BD0008"/>
    <w:rsid w:val="00C12072"/>
    <w:rsid w:val="00C1437C"/>
    <w:rsid w:val="00C216EE"/>
    <w:rsid w:val="00C41D48"/>
    <w:rsid w:val="00C44B5A"/>
    <w:rsid w:val="00CB0664"/>
    <w:rsid w:val="00CF14F8"/>
    <w:rsid w:val="00DC39B6"/>
    <w:rsid w:val="00F02210"/>
    <w:rsid w:val="00F96D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B277B"/>
  <w14:defaultImageDpi w14:val="300"/>
  <w15:docId w15:val="{DAB71F96-720D-D145-90BF-345F9DDD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0" w:line="240" w:lineRule="auto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C982B6-C843-4874-8D63-5C983E5C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ROSARIA FIORE</cp:lastModifiedBy>
  <cp:revision>2</cp:revision>
  <dcterms:created xsi:type="dcterms:W3CDTF">2026-10-17T09:22:00Z</dcterms:created>
  <dcterms:modified xsi:type="dcterms:W3CDTF">2026-10-17T09:22:00Z</dcterms:modified>
  <cp:category/>
</cp:coreProperties>
</file>