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9A064" w14:textId="29119DDF" w:rsidR="002D5C72" w:rsidRDefault="004328BE" w:rsidP="002D5C72">
      <w:pPr>
        <w:spacing w:after="40"/>
        <w:rPr>
          <w:b/>
          <w:sz w:val="26"/>
        </w:rPr>
      </w:pPr>
      <w:r w:rsidRPr="003F161B">
        <w:rPr>
          <w:noProof/>
          <w:lang w:eastAsia="it-IT"/>
        </w:rPr>
        <w:drawing>
          <wp:anchor distT="152400" distB="152400" distL="152400" distR="152400" simplePos="0" relativeHeight="251659264" behindDoc="1" locked="0" layoutInCell="1" allowOverlap="1" wp14:anchorId="23E2435D" wp14:editId="5379B614">
            <wp:simplePos x="0" y="0"/>
            <wp:positionH relativeFrom="margin">
              <wp:align>center</wp:align>
            </wp:positionH>
            <wp:positionV relativeFrom="page">
              <wp:posOffset>38100</wp:posOffset>
            </wp:positionV>
            <wp:extent cx="1670539" cy="1101969"/>
            <wp:effectExtent l="0" t="0" r="6350" b="3175"/>
            <wp:wrapNone/>
            <wp:docPr id="4" name="officeArt object" descr="immagine-incollat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-incollata.pdf" descr="immagine-incollata.p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0539" cy="1101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EEC4A" w14:textId="77777777" w:rsidR="002D5C72" w:rsidRDefault="002D5C72" w:rsidP="004328BE">
      <w:pPr>
        <w:spacing w:after="40"/>
        <w:rPr>
          <w:b/>
          <w:sz w:val="26"/>
        </w:rPr>
      </w:pPr>
    </w:p>
    <w:p w14:paraId="06EDA3A1" w14:textId="77777777" w:rsidR="004328BE" w:rsidRDefault="004328BE" w:rsidP="004328BE">
      <w:pPr>
        <w:spacing w:after="40"/>
        <w:rPr>
          <w:b/>
          <w:sz w:val="26"/>
        </w:rPr>
      </w:pPr>
    </w:p>
    <w:p w14:paraId="0E0DFFF5" w14:textId="167A5BC2" w:rsidR="00A05183" w:rsidRDefault="002902E3">
      <w:pPr>
        <w:spacing w:after="40"/>
        <w:jc w:val="center"/>
      </w:pPr>
      <w:r>
        <w:rPr>
          <w:b/>
          <w:sz w:val="26"/>
        </w:rPr>
        <w:t>DICHIARAZIONE DEI GENITORI/TUTORI</w:t>
      </w:r>
      <w:r w:rsidR="00C44B5A">
        <w:rPr>
          <w:b/>
          <w:sz w:val="26"/>
        </w:rPr>
        <w:t>/AFFIDATARI</w:t>
      </w:r>
    </w:p>
    <w:p w14:paraId="23BB3620" w14:textId="0EC4F5E5" w:rsidR="00C44B5A" w:rsidRDefault="002902E3" w:rsidP="000D042D">
      <w:pPr>
        <w:spacing w:after="160"/>
        <w:jc w:val="center"/>
      </w:pPr>
      <w:r>
        <w:rPr>
          <w:b/>
          <w:sz w:val="21"/>
        </w:rPr>
        <w:t xml:space="preserve">PER </w:t>
      </w:r>
      <w:r w:rsidR="008D4D0B">
        <w:rPr>
          <w:b/>
          <w:sz w:val="21"/>
        </w:rPr>
        <w:t xml:space="preserve">USCITE DIDATTICHE </w:t>
      </w:r>
      <w:r>
        <w:rPr>
          <w:b/>
          <w:sz w:val="21"/>
        </w:rPr>
        <w:t>E VIAGGI DI ISTRUZIONE</w:t>
      </w:r>
    </w:p>
    <w:p w14:paraId="73A9DB59" w14:textId="65B6DD5E" w:rsidR="00A05183" w:rsidRDefault="002902E3">
      <w:pPr>
        <w:spacing w:after="120"/>
      </w:pPr>
      <w:r>
        <w:t xml:space="preserve">I </w:t>
      </w:r>
      <w:proofErr w:type="spellStart"/>
      <w:r>
        <w:t>sottoscritti</w:t>
      </w:r>
      <w:proofErr w:type="spellEnd"/>
      <w:r>
        <w:t xml:space="preserve"> ______________________________________________________________________</w:t>
      </w:r>
      <w:r w:rsidR="00C216EE">
        <w:t>___________________</w:t>
      </w:r>
    </w:p>
    <w:p w14:paraId="5650E815" w14:textId="77777777" w:rsidR="00A05183" w:rsidRDefault="002902E3" w:rsidP="00C44B5A">
      <w:pPr>
        <w:spacing w:before="120" w:after="40"/>
        <w:jc w:val="center"/>
      </w:pPr>
      <w:r>
        <w:rPr>
          <w:b/>
        </w:rPr>
        <w:t>AUTORIZZANO</w:t>
      </w:r>
    </w:p>
    <w:p w14:paraId="78E4461E" w14:textId="0781E003" w:rsidR="00A05183" w:rsidRDefault="002902E3" w:rsidP="00C44B5A">
      <w:pPr>
        <w:spacing w:after="80"/>
        <w:jc w:val="both"/>
      </w:pPr>
      <w:r>
        <w:t xml:space="preserve">Il/la proprio/a figlio/a ________________________________ frequentante la classe ______ a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all</w:t>
      </w:r>
      <w:r w:rsidR="00F02210">
        <w:t>’uscita</w:t>
      </w:r>
      <w:proofErr w:type="spellEnd"/>
      <w:r w:rsidR="00F02210">
        <w:t xml:space="preserve"> </w:t>
      </w:r>
      <w:proofErr w:type="spellStart"/>
      <w:r w:rsidR="00F02210">
        <w:t>didattica</w:t>
      </w:r>
      <w:proofErr w:type="spellEnd"/>
      <w:r>
        <w:t>/</w:t>
      </w:r>
      <w:r>
        <w:t>a</w:t>
      </w:r>
      <w:r>
        <w:t>l</w:t>
      </w:r>
      <w:r w:rsidR="00F02210">
        <w:t xml:space="preserve"> </w:t>
      </w:r>
      <w:proofErr w:type="spellStart"/>
      <w:r>
        <w:t>viaggio</w:t>
      </w:r>
      <w:proofErr w:type="spellEnd"/>
      <w:r>
        <w:t xml:space="preserve"> di </w:t>
      </w:r>
      <w:proofErr w:type="spellStart"/>
      <w:r>
        <w:t>istruzione</w:t>
      </w:r>
      <w:proofErr w:type="spellEnd"/>
      <w:r>
        <w:t xml:space="preserve"> a ______________________ con partenza alle ore ______ e arrivo alle ore ________ del/dei giorno/i ____________________________</w:t>
      </w:r>
    </w:p>
    <w:p w14:paraId="6862DA97" w14:textId="592F9A45" w:rsidR="00A05183" w:rsidRDefault="002902E3" w:rsidP="00C44B5A">
      <w:pPr>
        <w:spacing w:before="120" w:after="40"/>
        <w:jc w:val="center"/>
      </w:pPr>
      <w:r>
        <w:rPr>
          <w:b/>
        </w:rPr>
        <w:t>DICHIARANO DI</w:t>
      </w:r>
      <w:r w:rsidR="00C44B5A">
        <w:rPr>
          <w:b/>
        </w:rPr>
        <w:t xml:space="preserve"> (</w:t>
      </w:r>
      <w:proofErr w:type="spellStart"/>
      <w:r w:rsidR="00C44B5A">
        <w:rPr>
          <w:b/>
        </w:rPr>
        <w:t>crocettare</w:t>
      </w:r>
      <w:proofErr w:type="spellEnd"/>
      <w:r w:rsidR="00C44B5A">
        <w:rPr>
          <w:b/>
        </w:rPr>
        <w:t>)</w:t>
      </w:r>
    </w:p>
    <w:p w14:paraId="6D1E96D6" w14:textId="743876AD" w:rsidR="00C44B5A" w:rsidRDefault="00C44B5A" w:rsidP="00C44B5A">
      <w:pPr>
        <w:pStyle w:val="Puntoelenco"/>
        <w:numPr>
          <w:ilvl w:val="0"/>
          <w:numId w:val="10"/>
        </w:numPr>
        <w:jc w:val="both"/>
      </w:pPr>
      <w:r>
        <w:t xml:space="preserve">aver </w:t>
      </w:r>
      <w:proofErr w:type="spellStart"/>
      <w:r>
        <w:t>provveduto</w:t>
      </w:r>
      <w:proofErr w:type="spellEnd"/>
      <w:r>
        <w:t xml:space="preserve"> al </w:t>
      </w:r>
      <w:proofErr w:type="spellStart"/>
      <w:r>
        <w:t>pagamento</w:t>
      </w:r>
      <w:proofErr w:type="spellEnd"/>
      <w:r>
        <w:t xml:space="preserve"> della quota </w:t>
      </w:r>
      <w:proofErr w:type="spellStart"/>
      <w:r>
        <w:t>assicurativa</w:t>
      </w:r>
      <w:proofErr w:type="spellEnd"/>
      <w:r>
        <w:t xml:space="preserve"> per </w:t>
      </w:r>
      <w:proofErr w:type="spellStart"/>
      <w:r>
        <w:t>l’anno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>;</w:t>
      </w:r>
    </w:p>
    <w:p w14:paraId="3368D010" w14:textId="4F2F856D" w:rsidR="00A05183" w:rsidRDefault="002902E3" w:rsidP="00C44B5A">
      <w:pPr>
        <w:pStyle w:val="Puntoelenco"/>
        <w:numPr>
          <w:ilvl w:val="0"/>
          <w:numId w:val="10"/>
        </w:numPr>
        <w:jc w:val="both"/>
      </w:pPr>
      <w:proofErr w:type="spellStart"/>
      <w:r>
        <w:t>avere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del </w:t>
      </w:r>
      <w:proofErr w:type="spellStart"/>
      <w:r>
        <w:t>programma</w:t>
      </w:r>
      <w:proofErr w:type="spellEnd"/>
      <w:r>
        <w:t xml:space="preserve"> di </w:t>
      </w:r>
      <w:proofErr w:type="spellStart"/>
      <w:r>
        <w:t>massima</w:t>
      </w:r>
      <w:proofErr w:type="spellEnd"/>
      <w:r>
        <w:t xml:space="preserve"> della/del visita </w:t>
      </w:r>
      <w:proofErr w:type="spellStart"/>
      <w:r>
        <w:t>guidata</w:t>
      </w:r>
      <w:proofErr w:type="spellEnd"/>
      <w:r>
        <w:t>/</w:t>
      </w:r>
      <w:proofErr w:type="spellStart"/>
      <w:r>
        <w:t>viaggio</w:t>
      </w:r>
      <w:proofErr w:type="spellEnd"/>
      <w:r>
        <w:t xml:space="preserve"> di </w:t>
      </w:r>
      <w:proofErr w:type="spellStart"/>
      <w:r w:rsidR="00C44B5A">
        <w:t>istruzione</w:t>
      </w:r>
      <w:proofErr w:type="spellEnd"/>
      <w:r w:rsidR="00C44B5A">
        <w:t>;</w:t>
      </w:r>
    </w:p>
    <w:p w14:paraId="5702BD4B" w14:textId="77777777" w:rsidR="00A05183" w:rsidRDefault="002902E3" w:rsidP="00C44B5A">
      <w:pPr>
        <w:pStyle w:val="Puntoelenco"/>
        <w:numPr>
          <w:ilvl w:val="0"/>
          <w:numId w:val="10"/>
        </w:numPr>
        <w:jc w:val="both"/>
      </w:pPr>
      <w:r>
        <w:t>accettare integralmente tutte le condizioni e tutte le spese a carico dello/degli studente/i partecipante/i quale quota procapite;</w:t>
      </w:r>
    </w:p>
    <w:p w14:paraId="1F24CB07" w14:textId="77777777" w:rsidR="00A05183" w:rsidRDefault="002902E3" w:rsidP="00C44B5A">
      <w:pPr>
        <w:pStyle w:val="Puntoelenco"/>
        <w:numPr>
          <w:ilvl w:val="0"/>
          <w:numId w:val="10"/>
        </w:numPr>
        <w:jc w:val="both"/>
      </w:pPr>
      <w:r>
        <w:t>provvedere autonomamente a far raggiungere al/alla proprio/a figlio/a il luogo di partenza e a recuperarlo al luogo d'arrivo, esonerando la scuola e i docenti da ogni responsabilità in merito;</w:t>
      </w:r>
    </w:p>
    <w:p w14:paraId="618D8AC8" w14:textId="77777777" w:rsidR="00A05183" w:rsidRDefault="002902E3" w:rsidP="00C44B5A">
      <w:pPr>
        <w:pStyle w:val="Puntoelenco"/>
        <w:numPr>
          <w:ilvl w:val="0"/>
          <w:numId w:val="10"/>
        </w:numPr>
        <w:jc w:val="both"/>
      </w:pPr>
      <w:r>
        <w:t>essere consapevoli che il Regolamento d'Istituto è ugualmente valido per tutte le attività che si svolgono al di fuori dell'edificio scolastico in orario curriculare ed extracurriculare;</w:t>
      </w:r>
    </w:p>
    <w:p w14:paraId="0E120030" w14:textId="77777777" w:rsidR="00A05183" w:rsidRDefault="002902E3" w:rsidP="00C44B5A">
      <w:pPr>
        <w:pStyle w:val="Puntoelenco"/>
        <w:numPr>
          <w:ilvl w:val="0"/>
          <w:numId w:val="10"/>
        </w:numPr>
        <w:jc w:val="both"/>
      </w:pPr>
      <w:r>
        <w:t>assumersi tutte le responsabilità derivanti da inosservanza, da parte del/della proprio/a figlio/a, delle disposizioni previste nei regolamenti e impartite dai docenti o da cause indipendenti dall'organizzazione scolastica.</w:t>
      </w:r>
    </w:p>
    <w:p w14:paraId="639DE9A2" w14:textId="77777777" w:rsidR="00A05183" w:rsidRDefault="002902E3" w:rsidP="00C44B5A">
      <w:pPr>
        <w:spacing w:before="120" w:after="40"/>
        <w:jc w:val="center"/>
      </w:pPr>
      <w:r>
        <w:rPr>
          <w:b/>
        </w:rPr>
        <w:t>SI IMPEGNANO (solo se richiesta quota di partecipazione)</w:t>
      </w:r>
    </w:p>
    <w:p w14:paraId="3C18CE88" w14:textId="77777777" w:rsidR="00A05183" w:rsidRDefault="002902E3" w:rsidP="00C44B5A">
      <w:pPr>
        <w:spacing w:after="40"/>
        <w:jc w:val="both"/>
      </w:pPr>
      <w:r>
        <w:t>al pagamento della somma richiesta, essendo consapevoli che la rinuncia alla partecipazione alla visita guidata/al viaggio d'istruzione, dopo la consegna del presente documento, potrà comportare il pagamento delle penali previste per legge e/o aggravi di spesa per gli altri partecipanti.</w:t>
      </w:r>
    </w:p>
    <w:p w14:paraId="1EB819B7" w14:textId="77777777" w:rsidR="00A05183" w:rsidRDefault="002902E3" w:rsidP="00C44B5A">
      <w:pPr>
        <w:spacing w:before="120" w:after="40"/>
        <w:jc w:val="center"/>
      </w:pPr>
      <w:r>
        <w:rPr>
          <w:b/>
        </w:rPr>
        <w:t>SOLLEVANO</w:t>
      </w:r>
    </w:p>
    <w:p w14:paraId="17BF40F3" w14:textId="77777777" w:rsidR="00A05183" w:rsidRDefault="002902E3" w:rsidP="00C44B5A">
      <w:pPr>
        <w:spacing w:after="40"/>
        <w:jc w:val="both"/>
      </w:pPr>
      <w:r>
        <w:t>espressamente l'Istituzione scolastica da qualsiasi responsabilità per qualsivoglia incidente non imputabile a colpe dell'istituto o degli accompagnatori (ex art. 2048 c.c.).</w:t>
      </w:r>
    </w:p>
    <w:p w14:paraId="1F2B57FC" w14:textId="77777777" w:rsidR="00A05183" w:rsidRDefault="002902E3" w:rsidP="00C44B5A">
      <w:pPr>
        <w:spacing w:before="120" w:after="40"/>
        <w:jc w:val="center"/>
      </w:pPr>
      <w:r>
        <w:rPr>
          <w:b/>
        </w:rPr>
        <w:t>DICHIARANO</w:t>
      </w:r>
    </w:p>
    <w:p w14:paraId="5CDB30BE" w14:textId="77777777" w:rsidR="00A05183" w:rsidRDefault="002902E3" w:rsidP="00C44B5A">
      <w:pPr>
        <w:jc w:val="both"/>
      </w:pPr>
      <w:r>
        <w:t>che il/la proprio/a figlio/a è stato/a informato/a che durante tutta la durata della visita guidata/del viaggio di istruzione:</w:t>
      </w:r>
    </w:p>
    <w:p w14:paraId="5FE9CCD4" w14:textId="77777777" w:rsidR="00A05183" w:rsidRDefault="002902E3" w:rsidP="00C44B5A">
      <w:pPr>
        <w:pStyle w:val="Numeroelenco"/>
        <w:jc w:val="both"/>
      </w:pPr>
      <w:r>
        <w:t>dovrà rispettare le norme previste dal Regolamento di Istituto e le disposizioni impartite dai docenti accompagnatori;</w:t>
      </w:r>
    </w:p>
    <w:p w14:paraId="2763B8C2" w14:textId="77777777" w:rsidR="00A05183" w:rsidRDefault="002902E3" w:rsidP="00C44B5A">
      <w:pPr>
        <w:pStyle w:val="Numeroelenco"/>
        <w:jc w:val="both"/>
      </w:pPr>
      <w:r>
        <w:t>sarà sottoposto all'autorità degli insegnanti accompagnatori del gruppo;</w:t>
      </w:r>
    </w:p>
    <w:p w14:paraId="37B3B8DA" w14:textId="77777777" w:rsidR="00A05183" w:rsidRDefault="002902E3" w:rsidP="00C44B5A">
      <w:pPr>
        <w:pStyle w:val="Numeroelenco"/>
        <w:jc w:val="both"/>
      </w:pPr>
      <w:r>
        <w:t>non dovrà assumere comportamenti imprudenti, scorretti, non rispettosi di regole o pericolosi per la sua incolumità o per quella di altri;</w:t>
      </w:r>
    </w:p>
    <w:p w14:paraId="04C75CE3" w14:textId="77777777" w:rsidR="00A05183" w:rsidRDefault="002902E3" w:rsidP="00C44B5A">
      <w:pPr>
        <w:pStyle w:val="Numeroelenco"/>
        <w:jc w:val="both"/>
      </w:pPr>
      <w:r>
        <w:t>la condotta tenuta durante la visita guidata/il viaggio d'istruzione rientrerà nella valutazione del comportamento;</w:t>
      </w:r>
    </w:p>
    <w:p w14:paraId="284E2486" w14:textId="06E5C4F7" w:rsidR="00C44B5A" w:rsidRDefault="002902E3" w:rsidP="00996897">
      <w:pPr>
        <w:pStyle w:val="Numeroelenco"/>
        <w:jc w:val="both"/>
      </w:pPr>
      <w:r>
        <w:t xml:space="preserve">la violazione di tali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comportare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disciplinari</w:t>
      </w:r>
      <w:proofErr w:type="spellEnd"/>
      <w:r>
        <w:t>.</w:t>
      </w:r>
    </w:p>
    <w:p w14:paraId="00366A2A" w14:textId="22B30085" w:rsidR="00A05183" w:rsidRDefault="002902E3" w:rsidP="00C44B5A">
      <w:pPr>
        <w:spacing w:before="80" w:after="120"/>
        <w:jc w:val="both"/>
      </w:pPr>
      <w:r>
        <w:t xml:space="preserve">I </w:t>
      </w:r>
      <w:proofErr w:type="spellStart"/>
      <w:r>
        <w:t>sottoscritti</w:t>
      </w:r>
      <w:proofErr w:type="spellEnd"/>
      <w:r>
        <w:t xml:space="preserve"> _____________________________________________</w:t>
      </w:r>
      <w:r w:rsidR="000D042D">
        <w:t>__________________________</w:t>
      </w:r>
      <w:r w:rsidR="00140F9F">
        <w:t>_____</w:t>
      </w:r>
      <w:r>
        <w:t xml:space="preserve"> </w:t>
      </w:r>
      <w:proofErr w:type="spellStart"/>
      <w:r>
        <w:t>consapevoli</w:t>
      </w:r>
      <w:proofErr w:type="spellEnd"/>
      <w:r>
        <w:t xml:space="preserve"> delle </w:t>
      </w:r>
      <w:proofErr w:type="spellStart"/>
      <w:r>
        <w:t>conseguenze</w:t>
      </w:r>
      <w:proofErr w:type="spellEnd"/>
      <w:r>
        <w:t xml:space="preserve"> amministrative e penali per chi rilasci dichiarazioni non corrispondenti a verità, ai sensi del DPR </w:t>
      </w:r>
      <w:r w:rsidR="00C44B5A">
        <w:t>4</w:t>
      </w:r>
      <w:r>
        <w:t>45/2000, dichiarano di aver effettuato la scelta/richiesta in osservanza delle disposizioni sulla responsabilità genitoriale di cui agli artt. 316, 337-ter e 337-quater del codice civile, che richiedono il consenso di entrambi i genitori.</w:t>
      </w:r>
    </w:p>
    <w:p w14:paraId="0E9C324D" w14:textId="6E764B52" w:rsidR="00C44B5A" w:rsidRDefault="00C44B5A" w:rsidP="00996897">
      <w:pPr>
        <w:spacing w:after="80"/>
        <w:jc w:val="both"/>
      </w:pPr>
      <w:r>
        <w:t>Bari, _____________</w:t>
      </w:r>
    </w:p>
    <w:p w14:paraId="57F3E570" w14:textId="77777777" w:rsidR="000D042D" w:rsidRDefault="000D042D" w:rsidP="00C44B5A">
      <w:pPr>
        <w:spacing w:after="40"/>
        <w:jc w:val="both"/>
      </w:pPr>
    </w:p>
    <w:p w14:paraId="2DE7132E" w14:textId="7F1EB432" w:rsidR="00A05183" w:rsidRDefault="002902E3" w:rsidP="00C44B5A">
      <w:pPr>
        <w:spacing w:after="40"/>
        <w:jc w:val="both"/>
      </w:pPr>
      <w:proofErr w:type="spellStart"/>
      <w:r>
        <w:t>Firma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genitori</w:t>
      </w:r>
      <w:proofErr w:type="spellEnd"/>
      <w:r>
        <w:t xml:space="preserve"> (o </w:t>
      </w:r>
      <w:proofErr w:type="spellStart"/>
      <w:r>
        <w:t>de</w:t>
      </w:r>
      <w:r w:rsidR="00C44B5A">
        <w:t>i</w:t>
      </w:r>
      <w:proofErr w:type="spellEnd"/>
      <w:r>
        <w:t xml:space="preserve"> </w:t>
      </w:r>
      <w:proofErr w:type="spellStart"/>
      <w:r>
        <w:t>tutor</w:t>
      </w:r>
      <w:r w:rsidR="00C44B5A">
        <w:t>i</w:t>
      </w:r>
      <w:proofErr w:type="spellEnd"/>
      <w:r w:rsidR="00C44B5A">
        <w:t>/</w:t>
      </w:r>
      <w:proofErr w:type="spellStart"/>
      <w:r w:rsidR="00C44B5A">
        <w:t>affidatari</w:t>
      </w:r>
      <w:proofErr w:type="spellEnd"/>
      <w:r>
        <w:t>)</w:t>
      </w:r>
    </w:p>
    <w:p w14:paraId="3DB5788B" w14:textId="77777777" w:rsidR="00C44B5A" w:rsidRDefault="00C44B5A" w:rsidP="00C44B5A">
      <w:pPr>
        <w:spacing w:after="40"/>
        <w:jc w:val="both"/>
      </w:pPr>
    </w:p>
    <w:p w14:paraId="14D7A4CE" w14:textId="0A0658D0" w:rsidR="00A05183" w:rsidRDefault="002902E3" w:rsidP="00C44B5A">
      <w:pPr>
        <w:spacing w:after="40"/>
        <w:jc w:val="both"/>
      </w:pPr>
      <w:r>
        <w:t>_________________________________________</w:t>
      </w:r>
      <w:r w:rsidR="00140F9F">
        <w:t>____________</w:t>
      </w:r>
      <w:r>
        <w:t>_</w:t>
      </w:r>
    </w:p>
    <w:p w14:paraId="3660DFAA" w14:textId="77777777" w:rsidR="00C44B5A" w:rsidRDefault="00C44B5A" w:rsidP="00C44B5A">
      <w:pPr>
        <w:jc w:val="both"/>
      </w:pPr>
    </w:p>
    <w:p w14:paraId="2FDA2530" w14:textId="7492F0A2" w:rsidR="00A05183" w:rsidRDefault="002902E3" w:rsidP="00C44B5A">
      <w:pPr>
        <w:jc w:val="both"/>
      </w:pPr>
      <w:r>
        <w:t>_________________________________________</w:t>
      </w:r>
      <w:r w:rsidR="00140F9F">
        <w:t>____________</w:t>
      </w:r>
      <w:r>
        <w:t>_</w:t>
      </w:r>
    </w:p>
    <w:sectPr w:rsidR="00A05183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1E5824"/>
    <w:multiLevelType w:val="hybridMultilevel"/>
    <w:tmpl w:val="B472228A"/>
    <w:lvl w:ilvl="0" w:tplc="4BFEA02A">
      <w:numFmt w:val="bullet"/>
      <w:lvlText w:val="o"/>
      <w:lvlJc w:val="left"/>
      <w:pPr>
        <w:ind w:left="360" w:hanging="360"/>
      </w:pPr>
      <w:rPr>
        <w:rFonts w:ascii="Wingdings" w:eastAsia="Verdana" w:hAnsi="Wingdings" w:cs="Verdana" w:hint="default"/>
        <w:b w:val="0"/>
        <w:b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7382631">
    <w:abstractNumId w:val="8"/>
  </w:num>
  <w:num w:numId="2" w16cid:durableId="513300186">
    <w:abstractNumId w:val="6"/>
  </w:num>
  <w:num w:numId="3" w16cid:durableId="315840741">
    <w:abstractNumId w:val="5"/>
  </w:num>
  <w:num w:numId="4" w16cid:durableId="1670592620">
    <w:abstractNumId w:val="4"/>
  </w:num>
  <w:num w:numId="5" w16cid:durableId="798644205">
    <w:abstractNumId w:val="7"/>
  </w:num>
  <w:num w:numId="6" w16cid:durableId="1762872867">
    <w:abstractNumId w:val="3"/>
  </w:num>
  <w:num w:numId="7" w16cid:durableId="1598715012">
    <w:abstractNumId w:val="2"/>
  </w:num>
  <w:num w:numId="8" w16cid:durableId="1863781043">
    <w:abstractNumId w:val="1"/>
  </w:num>
  <w:num w:numId="9" w16cid:durableId="318727333">
    <w:abstractNumId w:val="0"/>
  </w:num>
  <w:num w:numId="10" w16cid:durableId="1590850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42D"/>
    <w:rsid w:val="00140F9F"/>
    <w:rsid w:val="0015074B"/>
    <w:rsid w:val="001E245C"/>
    <w:rsid w:val="0029639D"/>
    <w:rsid w:val="002D5C72"/>
    <w:rsid w:val="00326F90"/>
    <w:rsid w:val="004328BE"/>
    <w:rsid w:val="007D79E2"/>
    <w:rsid w:val="008D4D0B"/>
    <w:rsid w:val="00996897"/>
    <w:rsid w:val="009C5AA6"/>
    <w:rsid w:val="00A05183"/>
    <w:rsid w:val="00AA1D8D"/>
    <w:rsid w:val="00B47730"/>
    <w:rsid w:val="00C216EE"/>
    <w:rsid w:val="00C44B5A"/>
    <w:rsid w:val="00CB0664"/>
    <w:rsid w:val="00F022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B277B"/>
  <w14:defaultImageDpi w14:val="300"/>
  <w15:docId w15:val="{DAB71F96-720D-D145-90BF-345F9DDD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40" w:lineRule="auto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Crispino</cp:lastModifiedBy>
  <cp:revision>10</cp:revision>
  <dcterms:created xsi:type="dcterms:W3CDTF">2026-02-21T18:31:00Z</dcterms:created>
  <dcterms:modified xsi:type="dcterms:W3CDTF">2026-09-22T16:48:00Z</dcterms:modified>
  <cp:category/>
</cp:coreProperties>
</file>